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F6B4F"/>
          <w:sz w:val="52"/>
        </w:rPr>
        <w:t>INVOICE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 w:val="0"/>
              </w:rPr>
              <w:t>From</w:t>
              <w:br/>
              <w:t>[Your Business Name]</w:t>
              <w:br/>
              <w:t>[Address]</w:t>
              <w:br/>
              <w:t>[Email]</w:t>
            </w:r>
          </w:p>
        </w:tc>
        <w:tc>
          <w:tcPr>
            <w:tcW w:type="dxa" w:w="4320"/>
          </w:tcPr>
          <w:p>
            <w:r/>
            <w:r>
              <w:rPr>
                <w:b w:val="0"/>
              </w:rPr>
              <w:t>Bill To</w:t>
              <w:br/>
              <w:t>[Client Name]</w:t>
              <w:br/>
              <w:t>[Client Address]</w:t>
              <w:br/>
              <w:t>[Email]</w:t>
            </w:r>
          </w:p>
        </w:tc>
      </w:tr>
    </w:tbl>
    <w:p/>
    <w:p>
      <w:r>
        <w:t>Invoice #: INV-0001     Date: __________     Due Date: __________</w:t>
      </w:r>
    </w:p>
    <w:p/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/>
            <w:r>
              <w:rPr>
                <w:b/>
              </w:rPr>
              <w:t>Description</w:t>
            </w:r>
          </w:p>
        </w:tc>
        <w:tc>
          <w:tcPr>
            <w:tcW w:type="dxa" w:w="2160"/>
          </w:tcPr>
          <w:p>
            <w:r/>
            <w:r>
              <w:rPr>
                <w:b/>
              </w:rPr>
              <w:t>Qty</w:t>
            </w:r>
          </w:p>
        </w:tc>
        <w:tc>
          <w:tcPr>
            <w:tcW w:type="dxa" w:w="2160"/>
          </w:tcPr>
          <w:p>
            <w:r/>
            <w:r>
              <w:rPr>
                <w:b/>
              </w:rPr>
              <w:t>Rate</w:t>
            </w:r>
          </w:p>
        </w:tc>
        <w:tc>
          <w:tcPr>
            <w:tcW w:type="dxa" w:w="2160"/>
          </w:tcPr>
          <w:p>
            <w:r/>
            <w:r>
              <w:rPr>
                <w:b/>
              </w:rPr>
              <w:t>Amount</w:t>
            </w:r>
          </w:p>
        </w:tc>
      </w:tr>
      <w:tr>
        <w:tc>
          <w:tcPr>
            <w:tcW w:type="dxa" w:w="2160"/>
          </w:tcPr>
          <w:p>
            <w:r>
              <w:t>Example service / item</w:t>
            </w:r>
          </w:p>
        </w:tc>
        <w:tc>
          <w:tcPr>
            <w:tcW w:type="dxa" w:w="2160"/>
          </w:tcPr>
          <w:p>
            <w:r>
              <w:t>1</w:t>
            </w:r>
          </w:p>
        </w:tc>
        <w:tc>
          <w:tcPr>
            <w:tcW w:type="dxa" w:w="2160"/>
          </w:tcPr>
          <w:p>
            <w:r>
              <w:t>100.00</w:t>
            </w:r>
          </w:p>
        </w:tc>
        <w:tc>
          <w:tcPr>
            <w:tcW w:type="dxa" w:w="2160"/>
          </w:tcPr>
          <w:p>
            <w:r>
              <w:t>100.00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/>
    <w:p>
      <w:pPr>
        <w:jc w:val="right"/>
      </w:pPr>
      <w:r>
        <w:t>Subtotal: __________</w:t>
        <w:br/>
        <w:t>Tax: __________</w:t>
        <w:br/>
      </w:r>
      <w:r>
        <w:rPr>
          <w:b/>
        </w:rPr>
        <w:t>Total: __________</w:t>
      </w:r>
    </w:p>
    <w:p>
      <w:r>
        <w:rPr>
          <w:b/>
        </w:rPr>
        <w:t>Notes / payment terms:</w:t>
      </w:r>
    </w:p>
    <w:p/>
    <w:p>
      <w:r>
        <w:rPr>
          <w:color w:val="8A8F88"/>
          <w:sz w:val="18"/>
        </w:rPr>
        <w:t>Created free with Invoicary · invoicary.com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